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943"/>
        <w:jc w:val="center"/>
        <w:tblLayout w:type="fixed"/>
        <w:tblLook w:firstColumn="1" w:firstRow="1" w:lastColumn="0" w:lastRow="0" w:noHBand="0" w:noVBand="1" w:val="04A0"/>
        <w:tblCellSpacing w:w="0" w:type="dxa"/>
      </w:tblPr>
      <w:tblGrid>
        <w:gridCol w:w="6974"/>
        <w:gridCol w:w="3969"/>
      </w:tblGrid>
      <w:tr>
        <w:trPr>
          <w:cantSplit/>
        </w:trPr>
        <w:tc>
          <w:tcPr>
            <w:tcW w:type="dxa" w:w="6974"/>
            <w:tcMar>
              <w:top w:w="40" w:type="dxa"/>
              <w:bottom w:w="36" w:type="dxa"/>
              <w:left w:w="70" w:type="dxa"/>
              <w:right w:w="60" w:type="dxa"/>
            </w:tcMar>
            <w:tcBorders>
              <w:top w:val="single" w:sz="2" w:space="0" w:color="0A1E42"/>
              <w:left w:val="single" w:sz="2" w:space="0" w:color="0A1E42"/>
              <w:bottom w:val="single" w:sz="2" w:space="0" w:color="0A1E42"/>
              <w:right w:val="single" w:sz="2" w:space="0" w:color="0A1E42"/>
            </w:tcBorders>
            <w:vAlign w:val="center"/>
            <w:shd w:fill="0A1E42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FFFFFF"/>
                <w:sz w:val="26"/>
              </w:rPr>
              <w:t>RISTIĆ WEB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B8C9EC"/>
                <w:sz w:val="15"/>
              </w:rPr>
              <w:t>DEJAN RISTIĆ  ·  WEB DIZAJN I IZRADA</w:t>
            </w:r>
          </w:p>
        </w:tc>
        <w:tc>
          <w:tcPr>
            <w:tcW w:type="dxa" w:w="3969"/>
            <w:tcMar>
              <w:top w:w="40" w:type="dxa"/>
              <w:bottom w:w="36" w:type="dxa"/>
              <w:left w:w="60" w:type="dxa"/>
              <w:right w:w="70" w:type="dxa"/>
            </w:tcMar>
            <w:tcBorders>
              <w:top w:val="single" w:sz="2" w:space="0" w:color="0A1E42"/>
              <w:left w:val="single" w:sz="2" w:space="0" w:color="0A1E42"/>
              <w:bottom w:val="single" w:sz="2" w:space="0" w:color="0A1E42"/>
              <w:right w:val="single" w:sz="2" w:space="0" w:color="0A1E42"/>
            </w:tcBorders>
            <w:vAlign w:val="center"/>
            <w:shd w:fill="0A1E42" w:val="clear"/>
          </w:tcPr>
          <w:p>
            <w:pPr>
              <w:widowControl w:val="0"/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color w:val="FFFFFF"/>
                <w:sz w:val="18"/>
              </w:rPr>
              <w:t>CLIENT BRIEF</w:t>
            </w:r>
          </w:p>
          <w:p>
            <w:pPr>
              <w:widowControl w:val="0"/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color w:val="B8C9EC"/>
                <w:sz w:val="14"/>
              </w:rPr>
              <w:t>+387 65 838 075  ·  risticweb@gmail.com</w:t>
            </w:r>
          </w:p>
        </w:tc>
      </w:tr>
    </w:tbl>
    <w:p>
      <w:pPr>
        <w:spacing w:before="80" w:after="60"/>
      </w:pPr>
      <w:r>
        <w:rPr>
          <w:rFonts w:ascii="Calibri" w:hAnsi="Calibri" w:cs="Calibri" w:eastAsia="Calibri"/>
          <w:b/>
          <w:color w:val="0A1E42"/>
          <w:sz w:val="22"/>
        </w:rPr>
        <w:t>PODACI ZA IZRADU WEB SAJTA</w:t>
      </w:r>
      <w:r>
        <w:rPr>
          <w:rFonts w:ascii="Calibri" w:hAnsi="Calibri" w:cs="Calibri" w:eastAsia="Calibri"/>
          <w:b w:val="0"/>
          <w:color w:val="4A4A46"/>
          <w:sz w:val="16"/>
        </w:rPr>
        <w:t xml:space="preserve">   ·   označite paket i popunite što znate. Prazno definišemo zajedno.</w:t>
      </w:r>
    </w:p>
    <w:tbl>
      <w:tblPr>
        <w:tblW w:type="dxa" w:w="10943"/>
        <w:jc w:val="center"/>
        <w:tblLayout w:type="fixed"/>
        <w:tblLook w:firstColumn="1" w:firstRow="1" w:lastColumn="0" w:lastRow="0" w:noHBand="0" w:noVBand="1" w:val="04A0"/>
        <w:tblCellSpacing w:w="0" w:type="dxa"/>
      </w:tblPr>
      <w:tblGrid>
        <w:gridCol w:w="5471"/>
        <w:gridCol w:w="5471"/>
      </w:tblGrid>
      <w:tr>
        <w:trPr>
          <w:cantSplit/>
        </w:trPr>
        <w:tc>
          <w:tcPr>
            <w:tcW w:type="dxa" w:w="5471"/>
            <w:tcMar>
              <w:top w:w="36" w:type="dxa"/>
              <w:bottom w:w="30" w:type="dxa"/>
              <w:left w:w="60" w:type="dxa"/>
              <w:right w:w="56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4F7FB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8"/>
              </w:rPr>
              <w:t>☐  STANDARD  —  500 KM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4A4A46"/>
                <w:sz w:val="14"/>
              </w:rPr>
              <w:t>jednokratno  ·  jedna stranica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5"/>
              </w:rPr>
              <w:t>• One-page dizajn, responsive (desktop / tablet / mobil)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5"/>
              </w:rPr>
              <w:t>• O nama, usluge, reference / galerija, kontakt forma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5"/>
              </w:rPr>
              <w:t>• Mapa, telefon, email, osnovni SEO, BS/EN po potrebi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5"/>
              </w:rPr>
              <w:t>• HTTPS-ready i sigurnosna priprema</w:t>
            </w:r>
          </w:p>
        </w:tc>
        <w:tc>
          <w:tcPr>
            <w:tcW w:type="dxa" w:w="5471"/>
            <w:tcMar>
              <w:top w:w="36" w:type="dxa"/>
              <w:bottom w:w="30" w:type="dxa"/>
              <w:left w:w="60" w:type="dxa"/>
              <w:right w:w="56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EEF3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8"/>
              </w:rPr>
              <w:t>☐  PREMIUM  —  800 KM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4A4A46"/>
                <w:sz w:val="14"/>
              </w:rPr>
              <w:t>jednokratno  ·  više stranica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5"/>
              </w:rPr>
              <w:t>• Sve iz Standarda + zasebne stranice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5"/>
              </w:rPr>
              <w:t>• Detaljne usluge, proizvodi / ponuda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5"/>
              </w:rPr>
              <w:t>• Reference, projekti, galerija, napredniji SEO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5"/>
              </w:rPr>
              <w:t>• Struktura spremna za kasnije proširenje</w:t>
            </w:r>
          </w:p>
        </w:tc>
      </w:tr>
      <w:tr>
        <w:trPr>
          <w:cantSplit/>
        </w:trPr>
        <w:tc>
          <w:tcPr>
            <w:tcW w:type="dxa" w:w="10942"/>
            <w:gridSpan w:val="2"/>
            <w:tcMar>
              <w:top w:w="28" w:type="dxa"/>
              <w:bottom w:w="24" w:type="dxa"/>
              <w:left w:w="60" w:type="dxa"/>
              <w:right w:w="56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4F0E4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6"/>
              </w:rPr>
              <w:t>HOSTING I ODRŽAVANJE   ☐ DA — 100 KM/mj.      ☐ NE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4A4A46"/>
                <w:sz w:val="14"/>
              </w:rPr>
              <w:t>Hosting, SSL, backup, sigurnost i do 2 manje izmjene mjesečno. Od starta: Standard 600 KM ili Premium 900 KM (izrada + 1. mjesec), zatim 100 KM/mj. Domen kupuje i drži klijent.</w:t>
            </w:r>
          </w:p>
        </w:tc>
      </w:tr>
    </w:tbl>
    <w:p>
      <w:pPr>
        <w:spacing w:before="60" w:after="20"/>
      </w:pPr>
      <w:r>
        <w:rPr>
          <w:rFonts w:ascii="Calibri" w:hAnsi="Calibri" w:cs="Calibri" w:eastAsia="Calibri"/>
          <w:b/>
          <w:color w:val="0B5CFF"/>
          <w:sz w:val="16"/>
        </w:rPr>
        <w:t>01  FIRMA I SADRŽAJ</w:t>
      </w:r>
    </w:p>
    <w:tbl>
      <w:tblPr>
        <w:tblW w:type="dxa" w:w="10943"/>
        <w:jc w:val="center"/>
        <w:tblLayout w:type="fixed"/>
        <w:tblLook w:firstColumn="1" w:firstRow="1" w:lastColumn="0" w:lastRow="0" w:noHBand="0" w:noVBand="1" w:val="04A0"/>
        <w:tblCellSpacing w:w="0" w:type="dxa"/>
      </w:tblPr>
      <w:tblGrid>
        <w:gridCol w:w="1786"/>
        <w:gridCol w:w="3685"/>
        <w:gridCol w:w="1786"/>
        <w:gridCol w:w="3685"/>
      </w:tblGrid>
      <w:tr>
        <w:trPr>
          <w:cantSplit/>
          <w:cantSplit/>
        </w:trPr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NAZIV FIRME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8"/>
              </w:rPr>
              <w:t xml:space="preserve"> </w:t>
            </w:r>
          </w:p>
        </w:tc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DJELATNOST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8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SLOGAN / NASLOV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8"/>
              </w:rPr>
              <w:t xml:space="preserve"> </w:t>
            </w:r>
          </w:p>
        </w:tc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JEZICI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6"/>
              </w:rPr>
              <w:t>☐ BS/SR     ☐ EN     ☐ ________</w:t>
            </w:r>
          </w:p>
        </w:tc>
      </w:tr>
      <w:tr>
        <w:trPr>
          <w:cantSplit/>
          <w:cantSplit/>
        </w:trPr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BOJE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8"/>
              </w:rPr>
              <w:t xml:space="preserve"> </w:t>
            </w:r>
          </w:p>
        </w:tc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STIL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6"/>
              </w:rPr>
              <w:t>☐ moderan   ☐ minimal   ☐ elegantan   ☐ industrijski</w:t>
            </w:r>
          </w:p>
        </w:tc>
      </w:tr>
      <w:tr>
        <w:trPr>
          <w:cantSplit/>
          <w:cantSplit/>
        </w:trPr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ŽELJENI DOMEN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8"/>
              </w:rPr>
              <w:t xml:space="preserve"> </w:t>
            </w:r>
          </w:p>
        </w:tc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DOMEN KUPLJEN?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6"/>
              </w:rPr>
              <w:t>☐ DA     ☐ NE      registrar: ________</w:t>
            </w:r>
          </w:p>
        </w:tc>
      </w:tr>
      <w:tr>
        <w:trPr>
          <w:cantSplit/>
          <w:cantSplit/>
        </w:trPr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TELEFON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8"/>
              </w:rPr>
              <w:t xml:space="preserve"> </w:t>
            </w:r>
          </w:p>
        </w:tc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EMAIL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8"/>
              </w:rPr>
              <w:t xml:space="preserve"> </w:t>
            </w:r>
          </w:p>
        </w:tc>
      </w:tr>
      <w:tr>
        <w:trPr>
          <w:cantSplit/>
          <w:cantSplit/>
        </w:trPr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ADRESA / MAPA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8"/>
              </w:rPr>
              <w:t xml:space="preserve"> </w:t>
            </w:r>
          </w:p>
        </w:tc>
        <w:tc>
          <w:tcPr>
            <w:tcW w:type="dxa" w:w="1786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EMAIL ZA UPITE</w:t>
            </w:r>
          </w:p>
        </w:tc>
        <w:tc>
          <w:tcPr>
            <w:tcW w:type="dxa" w:w="3685"/>
            <w:tcMar>
              <w:top w:w="22" w:type="dxa"/>
              <w:bottom w:w="18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8"/>
              </w:rPr>
              <w:t xml:space="preserve"> </w:t>
            </w:r>
          </w:p>
        </w:tc>
      </w:tr>
    </w:tbl>
    <w:p>
      <w:pPr>
        <w:spacing w:before="60" w:after="20"/>
      </w:pPr>
      <w:r>
        <w:rPr>
          <w:rFonts w:ascii="Calibri" w:hAnsi="Calibri" w:cs="Calibri" w:eastAsia="Calibri"/>
          <w:b/>
          <w:color w:val="0B5CFF"/>
          <w:sz w:val="16"/>
        </w:rPr>
        <w:t>02  SADRŽAJ, MATERIJALI I NAPOMENE</w:t>
      </w:r>
    </w:p>
    <w:tbl>
      <w:tblPr>
        <w:tblW w:type="dxa" w:w="10943"/>
        <w:jc w:val="center"/>
        <w:tblLayout w:type="fixed"/>
        <w:tblLook w:firstColumn="1" w:firstRow="1" w:lastColumn="0" w:lastRow="0" w:noHBand="0" w:noVBand="1" w:val="04A0"/>
        <w:tblCellSpacing w:w="0" w:type="dxa"/>
      </w:tblPr>
      <w:tblGrid>
        <w:gridCol w:w="1786"/>
        <w:gridCol w:w="9157"/>
      </w:tblGrid>
      <w:tr>
        <w:trPr>
          <w:cantSplit/>
        </w:trPr>
        <w:tc>
          <w:tcPr>
            <w:tcW w:type="dxa" w:w="1786"/>
            <w:tcMar>
              <w:top w:w="18" w:type="dxa"/>
              <w:bottom w:w="14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KRATAK OPIS</w:t>
            </w:r>
          </w:p>
        </w:tc>
        <w:tc>
          <w:tcPr>
            <w:tcW w:type="dxa" w:w="9157"/>
            <w:tcMar>
              <w:top w:w="18" w:type="dxa"/>
              <w:bottom w:w="14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4A4A46"/>
                <w:sz w:val="15"/>
              </w:rPr>
              <w:t>2–3 rečenice o firmi, tržištu i načinu rada</w:t>
            </w:r>
          </w:p>
        </w:tc>
      </w:tr>
      <w:tr>
        <w:trPr>
          <w:cantSplit/>
        </w:trPr>
        <w:tc>
          <w:tcPr>
            <w:tcW w:type="dxa" w:w="1786"/>
            <w:tcMar>
              <w:top w:w="18" w:type="dxa"/>
              <w:bottom w:w="14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USLUGE / PROIZVODI</w:t>
            </w:r>
          </w:p>
        </w:tc>
        <w:tc>
          <w:tcPr>
            <w:tcW w:type="dxa" w:w="9157"/>
            <w:tcMar>
              <w:top w:w="18" w:type="dxa"/>
              <w:bottom w:w="14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4A4A46"/>
                <w:sz w:val="15"/>
              </w:rPr>
              <w:t>1. ________________    2. ________________    3. ________________</w:t>
            </w:r>
          </w:p>
        </w:tc>
      </w:tr>
      <w:tr>
        <w:trPr>
          <w:cantSplit/>
        </w:trPr>
        <w:tc>
          <w:tcPr>
            <w:tcW w:type="dxa" w:w="1786"/>
            <w:tcMar>
              <w:top w:w="18" w:type="dxa"/>
              <w:bottom w:w="14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ZAŠTO VI  ·  REFERENCE</w:t>
            </w:r>
          </w:p>
        </w:tc>
        <w:tc>
          <w:tcPr>
            <w:tcW w:type="dxa" w:w="9157"/>
            <w:tcMar>
              <w:top w:w="18" w:type="dxa"/>
              <w:bottom w:w="14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4A4A46"/>
                <w:sz w:val="15"/>
              </w:rPr>
              <w:t>prednosti, projekti ili reference koje želite prikazati</w:t>
            </w:r>
          </w:p>
        </w:tc>
      </w:tr>
      <w:tr>
        <w:trPr>
          <w:cantSplit/>
        </w:trPr>
        <w:tc>
          <w:tcPr>
            <w:tcW w:type="dxa" w:w="1786"/>
            <w:tcMar>
              <w:top w:w="18" w:type="dxa"/>
              <w:bottom w:w="14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DRUŠTVENE MREŽE</w:t>
            </w:r>
          </w:p>
        </w:tc>
        <w:tc>
          <w:tcPr>
            <w:tcW w:type="dxa" w:w="9157"/>
            <w:tcMar>
              <w:top w:w="18" w:type="dxa"/>
              <w:bottom w:w="14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4A4A46"/>
                <w:sz w:val="15"/>
              </w:rPr>
              <w:t>Facebook / Instagram / LinkedIn</w:t>
            </w:r>
          </w:p>
        </w:tc>
      </w:tr>
      <w:tr>
        <w:trPr>
          <w:cantSplit/>
        </w:trPr>
        <w:tc>
          <w:tcPr>
            <w:tcW w:type="dxa" w:w="1786"/>
            <w:tcMar>
              <w:top w:w="18" w:type="dxa"/>
              <w:bottom w:w="14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7F5E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PRIMJER SAJTA</w:t>
            </w:r>
          </w:p>
        </w:tc>
        <w:tc>
          <w:tcPr>
            <w:tcW w:type="dxa" w:w="9157"/>
            <w:tcMar>
              <w:top w:w="18" w:type="dxa"/>
              <w:bottom w:w="14" w:type="dxa"/>
              <w:left w:w="46" w:type="dxa"/>
              <w:right w:w="4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4A4A46"/>
                <w:sz w:val="15"/>
              </w:rPr>
              <w:t>link koji vam se dopada</w:t>
            </w:r>
          </w:p>
        </w:tc>
      </w:tr>
    </w:tbl>
    <w:p>
      <w:pPr>
        <w:spacing w:before="40" w:after="20"/>
      </w:pPr>
    </w:p>
    <w:tbl>
      <w:tblPr>
        <w:tblW w:type="dxa" w:w="10943"/>
        <w:jc w:val="center"/>
        <w:tblLayout w:type="fixed"/>
        <w:tblLook w:firstColumn="1" w:firstRow="1" w:lastColumn="0" w:lastRow="0" w:noHBand="0" w:noVBand="1" w:val="04A0"/>
        <w:tblCellSpacing w:w="0" w:type="dxa"/>
      </w:tblPr>
      <w:tblGrid>
        <w:gridCol w:w="10943"/>
      </w:tblGrid>
      <w:tr>
        <w:trPr>
          <w:cantSplit/>
        </w:trPr>
        <w:tc>
          <w:tcPr>
            <w:tcW w:type="dxa" w:w="10943"/>
            <w:tcMar>
              <w:top w:w="22" w:type="dxa"/>
              <w:bottom w:w="16" w:type="dxa"/>
              <w:left w:w="56" w:type="dxa"/>
              <w:right w:w="5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6"/>
              </w:rPr>
              <w:t>MATERIJALI (šalju se odvojeno)    ☐ Logo (PNG/SVG/PDF)     ☐ Fotografije (originali)     ☐ Opisi projekata</w:t>
            </w:r>
          </w:p>
        </w:tc>
      </w:tr>
      <w:tr>
        <w:trPr>
          <w:cantSplit/>
        </w:trPr>
        <w:tc>
          <w:tcPr>
            <w:tcW w:type="dxa" w:w="10943"/>
            <w:tcMar>
              <w:top w:w="20" w:type="dxa"/>
              <w:bottom w:w="16" w:type="dxa"/>
              <w:left w:w="56" w:type="dxa"/>
              <w:right w:w="50" w:type="dxa"/>
            </w:tcMar>
            <w:tcBorders>
              <w:top w:val="single" w:sz="4" w:space="0" w:color="C5C1B6"/>
              <w:left w:val="single" w:sz="4" w:space="0" w:color="C5C1B6"/>
              <w:bottom w:val="single" w:sz="4" w:space="0" w:color="C5C1B6"/>
              <w:right w:val="single" w:sz="4" w:space="0" w:color="C5C1B6"/>
            </w:tcBorders>
            <w:vAlign w:val="center"/>
            <w:shd w:fill="FFFFFF" w:val="clear"/>
          </w:tcPr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color w:val="0A1E42"/>
                <w:sz w:val="14"/>
              </w:rPr>
              <w:t>DODATNE NAPOMENE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6"/>
              </w:rPr>
              <w:t xml:space="preserve"> </w:t>
            </w:r>
          </w:p>
          <w:p>
            <w:pPr>
              <w:widowControl w:val="0"/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color w:val="171715"/>
                <w:sz w:val="16"/>
              </w:rPr>
              <w:t xml:space="preserve"> </w:t>
            </w:r>
          </w:p>
        </w:tc>
      </w:tr>
    </w:tbl>
    <w:p>
      <w:pPr>
        <w:spacing w:before="60" w:after="0"/>
      </w:pPr>
      <w:r>
        <w:rPr>
          <w:rFonts w:ascii="Calibri" w:hAnsi="Calibri" w:cs="Calibri" w:eastAsia="Calibri"/>
          <w:b w:val="0"/>
          <w:color w:val="4A4A46"/>
          <w:sz w:val="13"/>
        </w:rPr>
        <w:t>Logo i fotografije: email ili WhatsApp. Izrada logotipa, admin panel, online plaćanje i rezervacije nisu u cijeni paketa. Plaćanje po izvršenom zadatku · do 2 runde izmjena · rok 3–5 radnih dana.</w:t>
      </w:r>
    </w:p>
    <w:sectPr w:rsidR="00FC693F" w:rsidRPr="0006063C" w:rsidSect="00034616">
      <w:pgSz w:w="11906" w:h="16838"/>
      <w:pgMar w:top="397" w:right="482" w:bottom="312" w:left="482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/>
      <w:color w:val="171715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